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ערב משפחות / אסיפה כיתתית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ערב המשפחות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רעיונות לפעילות לפי שכבות גיל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ההכנה לאירוע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 את הכיתה וליצור שותפות ואמון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כיתה הפוכה שבה תלמידים מלמדים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לתאם את המועד מול לוח האירועים של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ברעיונות לחט"ב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(תערוכת 'אני בכיתה')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(משחק 'נחשו מי אני')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(קיר משאלות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(פאנל קצר עם שאלות)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לשלוח הזמנה מזמינה בכמה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עם התלמידים את התערוכה והמכתבים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לסדר את הכיתה במעגל או בפינות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כל אחד בשמו ולהקפיד על לוח זמנים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יצירת היכרות, שותפות ואמון בין מבוגרים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מתאים לשכבה כמו תערוכה, משחק, קיר משאלות או פאנל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לשלוח הזמנה מזמינה בכמה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שכבות גיל ולבקש מכל קבוצה להציג רעיון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תרגיל הסדר הנכון לדיון על חשיבות תכנון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השאלות עם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ערב משפחות / אסיפה כיתתית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ערב משפחות הוא מפגש כיתתי שמטרתו לחזק היכרות, שותפות ואמון בין המבוגרים בחיי הכיתה. בדף זה תתרגלו את הרעיונות, ההתאמות והשלבים להכנת ערב כזה.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תערוכה  ·  כיתה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ערב המשפחות?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תחרות ציונים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להכיר את הכיתה וליצור שותפות ואמון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מסיבת סיום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מבנה פעילות מוצע לתיכון?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תערוכת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כיתה הפוכה שבה תלמידים מלמדים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הפתעה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ערב המשפחות מתקיים תמיד באותו תאריך בכל בתי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בחט"ב, נציגי התלמידים מציגים את מטרות הכיתה לשנה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בכיתות א'-ג' מכינים __________ בשם 'אני בכיתה' עם ציור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בכיתות ד'-ו' מכינים סרטון תמונות מחיי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א'-ג'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פאנל קצר עם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ד'-ו'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קיר משאלות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משחק 'נחשו מי אני'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תערוכת 'אני בכיתה'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כל אחד בשמו ולהקפיד על לוח זמנים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לסדר את הכיתה במעגל או בפינות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לשלוח הזמנה מזמינה בכמה שפות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עם התלמידים את התערוכה והמכתבים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ערב המשפחות?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לרעיון פעילות המתאים לשכבת הגיל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ערב משפחות / אסיפה כיתתית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