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ערב משפחות / אסיפה כיתתית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מטרת ערב המשפחות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רעיונות לפעילות לפי שכבות גיל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ההכנה לאירוע לפי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להכיר את הכיתה וליצור שותפות ואמון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יסודי ד'-ו'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כיתה הפוכה שבה תלמידים מלמדים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שבועיים לפני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פתק, הקלטה או שיחה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לתאם את המועד מול לוח האירועים של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ברעיונות לחט"ב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ההתאמה דווקא מדגישה לא להניח זאת ולהכין תרגום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מוזכר בהתאמות לחנ"מ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נכתב שהסימונים נשמרים במכשיר הזה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תערוכה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פריטים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(תערוכת 'אני בכיתה')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(משחק 'נחשו מי אני')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(קיר משאלות משותף)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(פאנל קצר עם 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(דף מידע מתורגם)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לשלוח הזמנה מזמינה בכמה 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עם התלמידים את התערוכה והמכתבים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לסדר את הכיתה במעגל או בפינות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לקבל כל אחד בשמו ולהקפיד על לוח 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לשלוח תודה קצרה ולשמור קשר עם מי שלא הגיע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מציע רעיון מתאים לשכבת הגיל (למשל תערוכה, משחק, קיר משאלות או פאנל) ומסביר קשר בין הרעיון להיכרות/אמון/שותפות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יצירת היכרות, שותפות ואמון בין מבוגרים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רעיון מתאים לשכבה כמו תערוכה, משחק, קיר משאלות או פאנל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לשלוח הזמנה מזמינה בכמה שפות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לפי שכבות גיל ולבקש מכל קבוצה להציג רעיון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תרגיל הסדר הנכון לדיון על חשיבות תכנון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השאלות עם skip_n בגרסה המותאמת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ערב משפחות / אסיפה כיתתית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ערב משפחות הוא מפגש של הכיתה עם ההורים או המבוגרים החשובים לילדים. בדף נלמד איך מתכננים אותו בצורה טובה.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 משפחות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מפגש בין מבוגרים חשובים לילדים ובין הכיתה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חנ"מ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תלמידים עם צרכים מיוחדים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משפחות שהגיעו לא מזמן לארץ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צ'קליסט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משימות לפי סדר ביצוע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חט"ב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חטיבת ביניים, כיתות ז'-ט'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כיתה הפוכה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שבה התלמידים מסבירים למבוגרים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פאנל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דוברים שעונה על שאלות קהל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גיבוש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שמחזקת קשר בין 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עושים ערב משפחות?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ציונים בין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להכיר את הכיתה וליצור שותפות ואמון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מסיבת סיום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בחירת ועד הורים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משחק את המשחק 'נחשו מי אני'?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 א'-ג'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יסודי ד'-ו'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חט"ב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בתיכון בערב המשפחות?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תערוכת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כיתה הפוכה שבה תלמידים מלמדים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הפתעה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קיר משאלות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שולחים הזמנה?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האירוע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שבועיים לפני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לפני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אחרי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אם מבוגר לא יכול להגיע?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לבטל אותו מהרשימה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פתק, הקלטה או שיחה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לקנוס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להזמין רק בשנה הבאה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ערב המשפחות מתקיים תמיד באותו תאריך בכל בתי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בחט"ב, נציגי התלמידים מציגים את מטרות הכיתה לשנה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למשפחות עולים מניחים שכולם קוראים 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לתלמידי חנ"מ מאפשרים מפגש אישי קצר במקום שקט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הסימונים וההכנות נשמרים במחשב מרכזי שכל המורים יכולים לראות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בכיתות א'-ג' מכינים __________ בשם 'אני בכיתה' עם ציור של 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בכיתות ד'-ו' מכינים סרטון תמונות מחיי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בתיכון מחלקים טופס 'איך אפשר __________' לציון כישרון או זמן לתרומה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שבוע לפני האירוע מכינים עם התלמידים את ה__________ ואת המכתבים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פריטים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א'-ג'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משחק 'נחשו מי אני'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יסודי ד'-ו'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קיר משאלות משותף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חט"ב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תערוכת 'אני בכיתה'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דף מידע מתורגם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התאמה לעולים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פאנל קצר עם 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עם התלמידים את התערוכה והמכתבים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כל אחד בשמו ולהקפיד על לוח זמנים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לשלוח תודה קצרה ולשמור קשר עם מי שלא הגיע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לשלוח הזמנה מזמינה בכמה שפות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לסדר את הכיתה במעגל או בפינות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הציעו רעיון לפעילות לערב משפחות בכיתה שלכם, לפי שכבת הגיל שלכם, והסבירו איך הרעיון יעזור למבוגרים להכיר את הכיתה טוב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ערב המשפחות?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לרעיון פעילות המתאים לשכבת הגיל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שבועיים לפני האירוע?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ערב משפחות / אסיפה כיתתית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