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ערב משפחות / אסיפה כיתתית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מטרת ערב המשפחות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רעיונות לפעילות לפי שכבות גיל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ההכנה לאירוע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להכיר את הכיתה וליצור שותפות ואמון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יסודי ד'-ו'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כיתה הפוכה שבה תלמידים מלמדים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שבועיים לפני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פתק, הקלטה או שיחה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לתאם את המועד מול לוח האירועים של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ברעיונות לחט"ב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ההתאמה דווקא מדגישה לא להניח זאת ולהכין 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מוזכר בהתאמות לחנ"מ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נכתב שהסימונים נשמרים במכשיר הזה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תערוכה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(תערוכת 'אני בכיתה')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(משחק 'נחשו מי אני')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(קיר משאלות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(פאנל קצר עם 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(דף מידע מתורגם)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לשלוח הזמנה מזמינה בכמה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עם התלמידים את התערוכה והמכתבים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לסדר את הכיתה במעגל או בפינות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כל אחד בשמו ולהקפיד על לוח 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לשלוח תודה קצרה ולשמור קשר עם מי שלא הגיע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מציע רעיון מתאים לשכבת הגיל (למשל תערוכה, משחק, קיר משאלות או פאנל) ומסביר קשר בין הרעיון להיכרות/אמון/שותפות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יצירת היכרות, שותפות ואמון בין מבוגרים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מתאים לשכבה כמו תערוכה, משחק, קיר משאלות או פאנל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לשלוח הזמנה מזמינה בכמה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שכבות גיל ולבקש מכל קבוצה להציג רעיון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תרגיל הסדר הנכון לדיון על חשיבות תכנון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השאלות עם skip_n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ערב משפחות / אסיפה כיתתית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ערב משפחות הוא מפגש כיתתי שמטרתו לחזק היכרות, שותפות ואמון בין המבוגרים בחיי הכיתה. בדף זה תתרגלו את הרעיונות, ההתאמות והשלבים להכנת ערב כזה.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המרכזית של ערב המשפחות?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ציונים בין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להכיר את הכיתה וליצור שותפות ואמון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מסיבת סיום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בחירת ועד הורים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שכבת גיל מתאים משחק 'נחשו מי אני'?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 א'-ג'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יסודי ד'-ו'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חט"ב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מבנה פעילות מוצע לתיכון?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תערוכת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כיתה הפוכה שבה תלמידים מלמדים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הפתעה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קיר משאלות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לפי הצ'קליסט שולחים את ההזמנה לערב?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האירוע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שבועיים לפני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לפני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אחרי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מציעים למי שלא יכול להגיע לערב המשפחות?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לבטל אותו מהרשימה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פתק, הקלטה או שיחה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לקנוס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להזמין רק בשנה הבאה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המשפחות מתקיים תמיד באותו תאריך בכל בתי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בחט"ב, נציגי התלמידים מציגים את מטרות הכיתה לשנה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למשפחות עולים מניחים שכולם קוראים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לתלמידי חנ"מ מאפשרים מפגש אישי קצר במקום 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הסימונים וההכנות נשמרים במחשב מרכזי שכל המורים יכולים לראות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בכיתות א'-ג' מכינים __________ בשם 'אני בכיתה' עם ציור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בכיתות ד'-ו' מכינים סרטון תמונות מחיי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בתיכון מחלקים טופס 'איך אפשר __________' לציון כישרון או זמן לתרומה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שבוע לפני האירוע מכינים עם התלמידים את ה__________ ואת המכתבים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א'-ג'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קיר משאלות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ד'-ו'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דף מידע מתורגם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חט"ב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משחק 'נחשו מי אני'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תערוכת 'אני בכיתה'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התאמה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פאנל קצר עם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לשלוח הזמנה מזמינה בכמה שפות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כל אחד בשמו ולהקפיד על לוח זמנים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עם התלמידים את התערוכה והמכתבים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לשלוח תודה קצרה ולשמור קשר עם מי שלא הגיע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את הכיתה במעגל או בפינות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רעיון לפעילות לערב משפחות בכיתה שלכם, לפי שכבת הגיל שלכם, והסבירו איך הרעיון יעזור למבוגרים להכיר את הכיתה טוב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ערב המשפחות?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לרעיון פעילות המתאים לשכבת הגיל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שבועיים לפני האירוע?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ערב משפחות / אסיפה כיתתית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